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6A8F"/>
          <w:sz w:val="24"/>
        </w:rPr>
        <w:t>sn22.ru</w:t>
      </w:r>
    </w:p>
    <w:p>
      <w:pPr>
        <w:jc w:val="center"/>
      </w:pPr>
      <w:r>
        <w:rPr>
          <w:b/>
          <w:color w:val="2B6A8F"/>
          <w:sz w:val="30"/>
        </w:rPr>
        <w:t>ОПРОСНЫЙ ЛИСТ ДЛЯ ПОДБОРА МАСЛООХЛАДИТЕЛЯ</w:t>
      </w:r>
    </w:p>
    <w:p>
      <w:pPr>
        <w:jc w:val="center"/>
      </w:pPr>
      <w:r>
        <w:rPr>
          <w:i/>
          <w:sz w:val="20"/>
        </w:rPr>
        <w:t>Маслоохладитель (масло-вода)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2B6A8F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Название объекта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ПРИМЕНЕНИЕ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Назначение: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Технологич.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Марка / вязкость масла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сСт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 масла, л/мин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другое)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ТРЕБОВАНИЯ К ТЕПЛООБМЕННИКУ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Примечания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аналог, например: кожухотрубный, пластинчатый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https://sn22.ru</w:t>
        <w:br/>
        <w:t>PDF-версия этого опросного листа: https://sn22.ru/spravochniki/oprosnye-listy/oprosnyy-list-maslookhladitel.pdf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